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Potwierdzenie zgłoszenia choroby  wzór</w:t>
      </w:r>
    </w:p>
    <w:p>
      <w:r>
        <w:t>Wersja 1.1 · 3 października 2026 r. · Arslan Advocaten</w:t>
      </w:r>
    </w:p>
    <w:p>
      <w:r>
        <w:t>Ten wzór potwierdza zgłoszenie niezdolności do pracy. Nie zastępuje obowiązującej procedury telefonicznej lub zgłoszenia w systemie. Do pracodawcy nie wpisuj diagnozy. Informacje medyczne przekazuj właściwemu lekarzowi zgodnie z procedurą.</w:t>
      </w:r>
    </w:p>
    <w:p>
      <w:pPr>
        <w:pStyle w:val="Heading2"/>
      </w:pPr>
      <w:r>
        <w:t>Pismo po niderlandzku</w:t>
      </w:r>
    </w:p>
    <w:p>
      <w:r>
        <w:t>Aan: [naam werkgever of uitzendbureau]</w:t>
      </w:r>
    </w:p>
    <w:p>
      <w:r>
        <w:t>Van: [naam werknemer]</w:t>
      </w:r>
    </w:p>
    <w:p>
      <w:r>
        <w:t>Datum: [datum]</w:t>
      </w:r>
    </w:p>
    <w:p>
      <w:r>
        <w:t>Betreft: bevestiging ziekmelding</w:t>
      </w:r>
    </w:p>
    <w:p>
      <w:r>
        <w:t>Geachte heer/mevrouw,</w:t>
      </w:r>
    </w:p>
    <w:p>
      <w:r>
        <w:t>Hierbij bevestig ik dat ik mij op [datum en tijd] via [kanaal en contactpersoon] ziek heb gemeld. Mijn eerste ziektedag is [datum]. Ik ben wegens ziekte niet in staat mijn overeengekomen werkzaamheden te verrichten.</w:t>
      </w:r>
    </w:p>
    <w:p>
      <w:r>
        <w:t>U kunt mij bereiken via [telefoon/e-mail]. Mijn verblijfsadres voor zover nodig voor de verzuimbegeleiding is [adres]. De verwachte duur van het verzuim is [onbekend of verwachting, zonder diagnose]. Ik werk mee aan redelijke controle- en re-integratieverplichtingen en aan contact met de bedrijfsarts of bevoegde instantie.</w:t>
      </w:r>
    </w:p>
    <w:p>
      <w:r>
        <w:t>Wilt u de ontvangst, registratie van mijn ziekmelding en de vervolgstappen schriftelijk bevestigen? Ik ontvang graag de contactgegevens van de arbodienst of bedrijfsarts. Medische informatie bespreek ik met de daarvoor bevoegde medische professional.</w:t>
      </w:r>
    </w:p>
    <w:p>
      <w:r>
        <w:t>Als mijn arbeidsovereenkomst volgens u eindigt, ontvang ik graag schriftelijk de grond, einddatum en informatie over de eventuele ziek-uit-dienstmelding en Ziektewetbegeleiding.</w:t>
      </w:r>
    </w:p>
    <w:p>
      <w:r>
        <w:t>Met vriendelijke groet,</w:t>
      </w:r>
    </w:p>
    <w:p>
      <w:r>
        <w:t>[naam]</w:t>
      </w:r>
    </w:p>
    <w:p>
      <w:pPr>
        <w:pStyle w:val="Heading2"/>
      </w:pPr>
      <w:r>
        <w:t>Kontrola i dalsze działania</w:t>
      </w:r>
    </w:p>
    <w:p>
      <w:r>
        <w:t>Zachowaj wcześniejszą wiadomość i potwierdzenie zgłoszenia. Jeśli agencja zapisze Cię jako zdrowego wbrew faktom, zareaguj pisemnie i ustal właściwą procedurę. Wyjazd zagraniczny wymaga osobnego sprawdzenia obowiązków; ten list nie jest zgodą na podróż.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Contentpakket 2 oktober 2026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  <w:sz w:val="16"/>
      </w:rPr>
      <w:t>ARSLAN ADVOCATEN  |  ARSLANPRAWNIK.NL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Potwierdzenie zgłoszenia choroby — wzór</dc:title>
  <dc:subject>Volledige Poolse content en Nederlandse implementatieopdracht</dc:subject>
  <dc:creator>Arslan Advocaten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