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Protest po zwolnieniu dyscyplinarnym  wzór</w:t>
      </w:r>
    </w:p>
    <w:p>
      <w:r>
        <w:t>Wersja 1.0 · 2 października 2026 r. · Arslan Advocaten</w:t>
      </w:r>
    </w:p>
    <w:p>
      <w:r>
        <w:t>Wyślij tylko zgodny z faktami protest i natychmiast sprawdź termin sądowy. Sam list nie unieważnia zwolnienia i nie zachowuje terminu na właściwy wniosek do sądu. Termin zakwestionowania ontslag op staande voet wynosi co do zasady dwa miesiące od zakończenia zatrudnienia. Nie czekaj na odpowiedź firmy, jeśli termin biegnie.</w:t>
      </w:r>
    </w:p>
    <w:p>
      <w:pPr>
        <w:pStyle w:val="Heading2"/>
      </w:pPr>
      <w:r>
        <w:t>Pismo po niderlandzku</w:t>
      </w:r>
    </w:p>
    <w:p>
      <w:r>
        <w:t>Aan: [naam werkgever]</w:t>
      </w:r>
    </w:p>
    <w:p>
      <w:r>
        <w:t>Van: [naam werknemer]</w:t>
      </w:r>
    </w:p>
    <w:p>
      <w:r>
        <w:t>Datum: [datum]</w:t>
      </w:r>
    </w:p>
    <w:p>
      <w:r>
        <w:t>Betreft: protest tegen ontslag op staande voet</w:t>
      </w:r>
    </w:p>
    <w:p>
      <w:r>
        <w:t>Geachte heer/mevrouw,</w:t>
      </w:r>
    </w:p>
    <w:p>
      <w:r>
        <w:t>Op [datum] heeft u mij meegedeeld dat u mijn arbeidsovereenkomst met onmiddellijke ingang beëindigt. Ik ben het niet eens met dit ontslag en betwist dat daarvoor een rechtsgeldige dringende reden bestaat.</w:t>
      </w:r>
    </w:p>
    <w:p>
      <w:r>
        <w:t>Uw genoemde reden is [zakelijke weergave]. Mijn reactie daarop is [korte, controleerbare feiten]. Ik verzoek u mij onmiddellijk de volledige ontslagreden, de datum van beëindiging en de stukken waarop u zich beroept schriftelijk te verstrekken.</w:t>
      </w:r>
    </w:p>
    <w:p>
      <w:r>
        <w:t>Ik stem niet in met de beëindiging en behoud mij alle rechten en aanspraken voor. Voor zover ik arbeidsgeschikt ben, houd ik mij beschikbaar voor de overeengekomen werkzaamheden. Ik verzoek u de loonbetaling en mijn rechtspositie overeenkomstig uw wettelijke verplichtingen te behandelen.</w:t>
      </w:r>
    </w:p>
    <w:p>
      <w:r>
        <w:t>Graag ontvang ik uiterlijk [datum] uw schriftelijke reactie. Deze brief is geen instemming met een beëindigingsovereenkomst en geen afstand van rechten. Ik zal zo nodig tijdig de bevoegde rechter inschakelen.</w:t>
      </w:r>
    </w:p>
    <w:p>
      <w:r>
        <w:t>Met vriendelijke groet,</w:t>
      </w:r>
    </w:p>
    <w:p>
      <w:r>
        <w:t>[naam en handtekening]</w:t>
      </w:r>
    </w:p>
    <w:p>
      <w:pPr>
        <w:pStyle w:val="Heading2"/>
      </w:pPr>
      <w:r>
        <w:t>Co dołączyć prawnikowi</w:t>
      </w:r>
    </w:p>
    <w:p>
      <w:r>
        <w:t>Umowę, pismo o zwolnieniu, datę otrzymania, opis zdarzenia, świadków i dotychczasową korespondencję. Nie podpisuj późniejszego „potwierdzenia” bez sprawdzenia, czy nie zawiera ugody lub rezygnacji z roszczeń.</w:t>
      </w:r>
    </w:p>
    <w:sectPr w:rsidR="00FC693F" w:rsidRPr="0006063C" w:rsidSect="00034616">
      <w:headerReference w:type="default" r:id="rId9"/>
      <w:footerReference w:type="default" r:id="rId10"/>
      <w:pgSz w:w="12240" w:h="15840"/>
      <w:pgMar w:top="1080"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Contentpakket 2 oktober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sz w:val="16"/>
      </w:rPr>
      <w:t>ARSLAN ADVOCATEN  |  ARSLANPRAWNIK.NL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Protest po zwolnieniu dyscyplinarnym — wzór</dc:title>
  <dc:subject>Volledige Poolse content en Nederlandse implementatieopdracht</dc:subject>
  <dc:creator>Arslan Advocaten</dc:creator>
  <cp:keywords/>
  <dc:description>generated by python-docx</dc:description>
  <cp:lastModifiedBy/>
  <cp:revision>1</cp:revision>
  <dcterms:created xsi:type="dcterms:W3CDTF">2013-12-23T23:15:00Z</dcterms:created>
  <dcterms:modified xsi:type="dcterms:W3CDTF">2013-12-23T23:15:00Z</dcterms:modified>
  <cp:category/>
</cp:coreProperties>
</file>