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Wypowiedzenie umowy przez pracownika  wzór</w:t>
      </w:r>
    </w:p>
    <w:p>
      <w:r>
        <w:t>Wersja 1.1 · 3 października 2026 r. · Arslan Advocaten</w:t>
      </w:r>
    </w:p>
    <w:p>
      <w:r>
        <w:t>Użyj dopiero po ustaleniu prawa do wcześniejszego wypowiedzenia i prawidłowej daty. Przy umowie terminowej bez właściwej klauzuli wcześniejsze jednostronne odejście może być niedopuszczalne. Własna rezygnacja może zagrozić WW, wynagrodzeniu podczas choroby i Ziektewet. W razie nacisku nie używaj tego wzoru jako „formalności”.</w:t>
      </w:r>
    </w:p>
    <w:p>
      <w:pPr>
        <w:pStyle w:val="Heading2"/>
      </w:pPr>
      <w:r>
        <w:t>Pismo po niderlandzku</w:t>
      </w:r>
    </w:p>
    <w:p>
      <w:r>
        <w:t>Aan: [naam en adres werkgever]</w:t>
      </w:r>
    </w:p>
    <w:p>
      <w:r>
        <w:t>Van: [naam en adres werknemer]</w:t>
      </w:r>
    </w:p>
    <w:p>
      <w:r>
        <w:t>Datum: [datum]</w:t>
      </w:r>
    </w:p>
    <w:p>
      <w:r>
        <w:t>Betreft: opzegging arbeidsovereenkomst</w:t>
      </w:r>
    </w:p>
    <w:p>
      <w:r>
        <w:t>Geachte heer/mevrouw,</w:t>
      </w:r>
    </w:p>
    <w:p>
      <w:r>
        <w:t>Hierbij zeg ik mijn arbeidsovereenkomst op met inachtneming van de toepasselijke opzegtermijn en tegen de rechtsgeldige einddatum [datum].</w:t>
      </w:r>
    </w:p>
    <w:p>
      <w:r>
        <w:t>Wilt u de ontvangst van deze opzegging en de laatste dag van mijn dienstverband schriftelijk bevestigen? Graag ontvang ik ook een overzicht van mijn resterende vakantiedagen en de afspraken over overdracht en teruggave van bedrijfseigendommen.</w:t>
      </w:r>
    </w:p>
    <w:p>
      <w:r>
        <w:t>Ik verzoek u bij het einde van het dienstverband een correcte eindafrekening en loonstrook te verstrekken, met het nog verschuldigde loon, vakantiebijslag en de uitbetaling van niet-genoten vakantie-uren voor zover van toepassing. Tevens verzoek ik om een getuigschrift met de aard van mijn werkzaamheden, arbeidsduur en begin- en einddatum.</w:t>
      </w:r>
    </w:p>
    <w:p>
      <w:r>
        <w:t>Met vriendelijke groet,</w:t>
      </w:r>
    </w:p>
    <w:p>
      <w:r>
        <w:t>[naam en handtekening]</w:t>
      </w:r>
    </w:p>
    <w:p>
      <w:pPr>
        <w:pStyle w:val="Heading2"/>
      </w:pPr>
      <w:r>
        <w:t>Po wysłaniu</w:t>
      </w:r>
    </w:p>
    <w:p>
      <w:r>
        <w:t>Zachowaj dowód doręczenia. Do uzgodnionego końca nadal wykonuj obowiązki, chyba że prawidłowo ustalono zwolnienie z pracy lub istnieje inna podstawa. Nie zakładaj, że niewykorzystany urlop można jednostronnie zamienić na wcześniejszą datę odejścia.</w:t>
      </w:r>
    </w:p>
    <w:sectPr w:rsidR="00FC693F" w:rsidRPr="0006063C" w:rsidSect="00034616">
      <w:headerReference w:type="default" r:id="rId9"/>
      <w:footerReference w:type="default" r:id="rId10"/>
      <w:pgSz w:w="12240" w:h="15840"/>
      <w:pgMar w:top="108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Contentpakket 2 oktober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6"/>
      </w:rPr>
      <w:t>ARSLAN ADVOCATEN  |  ARSLANPRAWNIK.NL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Wypowiedzenie umowy przez pracownika — wzór</dc:title>
  <dc:subject>Volledige Poolse content en Nederlandse implementatieopdracht</dc:subject>
  <dc:creator>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