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Wzór: bezwaar pro forma (sprzeciw bez uzasadnienia). Uzupełnij pola w nawiasach [ ], usuń tę instrukcję, podpisz i wyślij przed końcem terminu podanego w decyzji. Źródło: arslanprawnik.nl/bezwaar-wzor-pro-forma/. Wzór ma charakter ogólny i nie zastępuje porady prawnej.</w:t>
      </w:r>
    </w:p>
    <w:p>
      <w:r>
        <w:t>[Voornaam en achternaam]</w:t>
      </w:r>
    </w:p>
    <w:p>
      <w:r>
        <w:t>[Straat en huisnummer]</w:t>
      </w:r>
    </w:p>
    <w:p>
      <w:r>
        <w:t>[Postcode en woonplaats]</w:t>
      </w:r>
    </w:p>
    <w:p>
      <w:r>
        <w:t>BSN: [nummer]</w:t>
      </w:r>
    </w:p>
    <w:p>
      <w:r>
        <w:t>Telefoon: [nummer]   E-mail: [adres]</w:t>
      </w:r>
    </w:p>
    <w:p/>
    <w:p>
      <w:r>
        <w:t>Aan: [naam van de organisatie, bijv. UWV / Dienst Toeslagen / gemeente …]</w:t>
      </w:r>
    </w:p>
    <w:p>
      <w:r>
        <w:t>[Adres voor bezwaar uit de beslissing]</w:t>
      </w:r>
    </w:p>
    <w:p/>
    <w:p>
      <w:r>
        <w:t>[Plaats], [datum]</w:t>
      </w:r>
    </w:p>
    <w:p/>
    <w:p>
      <w:r>
        <w:rPr>
          <w:b/>
        </w:rPr>
        <w:t>Betreft: pro-formabezwaar tegen de beslissing van [datum beslissing], kenmerk [kenmerk]</w:t>
      </w:r>
    </w:p>
    <w:p>
      <w:r>
        <w:t>Geachte heer/mevrouw,</w:t>
      </w:r>
    </w:p>
    <w:p>
      <w:r>
        <w:t>Hierbij maak ik bezwaar tegen uw beslissing van [datum], met kenmerk [kenmerk], over [korte omschrijving, bijv. de weigering van mijn WW-uitkering / de terugvordering van zorgtoeslag 2025]. Een kopie van de beslissing stuur ik mee.</w:t>
      </w:r>
    </w:p>
    <w:p>
      <w:r>
        <w:t>Ik ben het niet eens met deze beslissing. De gronden van mijn bezwaar stuur ik na. Ik verzoek u mij daarvoor een redelijke termijn te geven.</w:t>
      </w:r>
    </w:p>
    <w:p>
      <w:r>
        <w:t>Ook verzoek ik u mij een kopie van alle op de zaak betrekking hebbende stukken te sturen. Ik wil graag worden gehoord.</w:t>
      </w:r>
    </w:p>
    <w:p>
      <w:r>
        <w:t>[Optioneel: Ik verzoek om vergoeding van de kosten die ik in verband met de behandeling van het bezwaar redelijkerwijs heb moeten maken.]</w:t>
      </w:r>
    </w:p>
    <w:p>
      <w:r>
        <w:t>Met vriendelijke groet,</w:t>
      </w:r>
    </w:p>
    <w:p/>
    <w:p>
      <w:r>
        <w:t>[Handtekening]</w:t>
      </w:r>
    </w:p>
    <w:p>
      <w:r>
        <w:t>[Voornaam en achternaam]</w:t>
      </w:r>
    </w:p>
    <w:p/>
    <w:p>
      <w:r>
        <w:t>Bijlage: kopie van de beslissing van [datum]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