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Żądanie zwrotu kaucji  wzór po niderlandzku</w:t>
      </w:r>
    </w:p>
    <w:p>
      <w:r>
        <w:t>Wersja 1.0 · 2 października 2026 r. · Arslan Advocaten</w:t>
      </w:r>
    </w:p>
    <w:p>
      <w:r>
        <w:t>Sprawdź datę zakończenia najmu, kwotę i rozliczenie. Co do zasady zwrot następuje w 14 dni, a przy dopuszczalnym potrąceniu pozostała część w 30 dni. Wzór wysyłaj po ocenie, że żądana kwota jest wymagalna. Usuń wariant, który nie dotyczy sprawy.</w:t>
      </w:r>
    </w:p>
    <w:p>
      <w:pPr>
        <w:pStyle w:val="Heading2"/>
      </w:pPr>
      <w:r>
        <w:t>Brief terugbetaling waarborgsom</w:t>
      </w:r>
    </w:p>
    <w:p>
      <w:r>
        <w:t>Aan: [naam verhuurder]</w:t>
      </w:r>
    </w:p>
    <w:p>
      <w:r>
        <w:t>Van: [naam huurder]</w:t>
      </w:r>
    </w:p>
    <w:p>
      <w:r>
        <w:t>Datum: [datum]</w:t>
      </w:r>
    </w:p>
    <w:p>
      <w:r>
        <w:t>Betreft: terugbetaling waarborgsom [adres]</w:t>
      </w:r>
    </w:p>
    <w:p>
      <w:r>
        <w:t>Geachte heer/mevrouw,</w:t>
      </w:r>
    </w:p>
    <w:p>
      <w:r>
        <w:t>De huurovereenkomst voor [adres] is geëindigd op [datum]. Ik heb een waarborgsom van [bedrag] euro betaald. De woning en sleutels zijn op [datum] opgeleverd; het opleveringsrapport is bijgevoegd.</w:t>
      </w:r>
    </w:p>
    <w:p>
      <w:r>
        <w:t>Tot op heden heb ik [geen terugbetaling/een bedrag van bedrag euro] ontvangen. Het nog door mij gevorderde bedrag bedraagt [bedrag] euro.</w:t>
      </w:r>
    </w:p>
    <w:p>
      <w:r>
        <w:t>Ik verzoek en sommeer u dit bedrag binnen zeven dagen na ontvangst op [IBAN] terug te betalen. Indien u een bedrag wilt verrekenen, ontvang ik uw volledige schriftelijke specificatie, de juridische grond en de bewijsstukken. Ik betwist de volgende inhoudingen: [positie, bedrag en reden].</w:t>
      </w:r>
    </w:p>
    <w:p>
      <w:r>
        <w:t>Ik behoud mij alle rechten op terugbetaling en toepasselijke wettelijke rente voor. Deze brief strekt tevens tot stuiting van de verjaring van mijn hierboven omschreven aanspraak op terugbetaling van de waarborgsom.</w:t>
      </w:r>
    </w:p>
    <w:p>
      <w:r>
        <w:t>Met vriendelijke groet,</w:t>
      </w:r>
    </w:p>
    <w:p>
      <w:r>
        <w:t>[naam en handtekening]</w:t>
      </w:r>
    </w:p>
    <w:p>
      <w:r>
        <w:t>Bijlagen: [betalingsbewijs borg, einde huur, opleveringsrapport, relevante foto’s]</w:t>
      </w:r>
    </w:p>
    <w:p>
      <w:pPr>
        <w:pStyle w:val="Heading2"/>
      </w:pPr>
      <w:r>
        <w:t>Dalsze kroki</w:t>
      </w:r>
    </w:p>
    <w:p>
      <w:r>
        <w:t>Zachowaj dowód doręczenia. Zgłoszenie nieprawidłowości do gminy nie zastępuje automatycznie roszczenia o pieniądze. Jeśli brak reakcji, sprawdź drogę sądową i koszty proporcjonalne do wartości sporu.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Contentpakket 2 oktober 2026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ARSLAN ADVOCATEN  |  ARSLANPRAWNIK.NL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Żądanie zwrotu kaucji — wzór po niderlandzku</dc:title>
  <dc:subject>Volledige Poolse content en Nederlandse implementatieopdracht</dc:subject>
  <dc:creator>Arslan Advocaten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